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21C17"/>
          <w:sz w:val="30"/>
        </w:rPr>
        <w:t>UK plant passport template</w:t>
      </w:r>
    </w:p>
    <w:p>
      <w:pPr>
        <w:spacing w:before="0" w:after="160"/>
      </w:pPr>
      <w:r>
        <w:rPr>
          <w:b w:val="0"/>
          <w:color w:val="616B66"/>
          <w:sz w:val="17"/>
        </w:rPr>
        <w:t>Replace the grey placeholders on each label, then print and cut along the borders. Keep each passport separate from your branding and care text.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9"/>
        <w:gridCol w:w="340"/>
        <w:gridCol w:w="4989"/>
      </w:tblGrid>
      <w:tr>
        <w:trPr>
          <w:trHeight w:val="3175" w:hRule="exact"/>
        </w:trPr>
        <w:tc>
          <w:tcPr>
            <w:tcW w:type="dxa" w:w="4989"/>
            <w:tcBorders>
              <w:top w:val="single" w:sz="12" w:color="121C17"/>
              <w:left w:val="single" w:sz="12" w:color="121C17"/>
              <w:bottom w:val="single" w:sz="12" w:color="121C17"/>
              <w:right w:val="single" w:sz="12" w:color="121C17"/>
            </w:tcBorders>
          </w:tcPr>
          <w:p>
            <w:pPr>
              <w:spacing w:before="120" w:after="160"/>
            </w:pPr>
            <w:r>
              <w:rPr>
                <w:b/>
                <w:color w:val="121C17"/>
                <w:sz w:val="26"/>
              </w:rPr>
              <w:t>UK Plant Passport</w:t>
            </w:r>
          </w:p>
          <w:p>
            <w:pPr>
              <w:spacing w:before="0" w:after="140"/>
              <w:ind w:left="113"/>
            </w:pPr>
            <w:r>
              <w:rPr>
                <w:b/>
                <w:color w:val="121C17"/>
                <w:sz w:val="24"/>
              </w:rPr>
              <w:t xml:space="preserve">A   </w:t>
            </w:r>
            <w:r>
              <w:rPr>
                <w:b w:val="0"/>
                <w:color w:val="616B66"/>
                <w:sz w:val="20"/>
              </w:rPr>
              <w:t>BOTANICAL NAME(S)</w:t>
            </w:r>
          </w:p>
          <w:p>
            <w:pPr>
              <w:spacing w:before="0" w:after="140"/>
              <w:ind w:left="113"/>
            </w:pPr>
            <w:r>
              <w:rPr>
                <w:b/>
                <w:color w:val="121C17"/>
                <w:sz w:val="24"/>
              </w:rPr>
              <w:t xml:space="preserve">B   </w:t>
            </w:r>
            <w:r>
              <w:rPr>
                <w:b w:val="0"/>
                <w:color w:val="616B66"/>
                <w:sz w:val="20"/>
              </w:rPr>
              <w:t>REGISTRATION NUMBER</w:t>
            </w:r>
          </w:p>
          <w:p>
            <w:pPr>
              <w:spacing w:before="0" w:after="140"/>
              <w:ind w:left="113"/>
            </w:pPr>
            <w:r>
              <w:rPr>
                <w:b/>
                <w:color w:val="121C17"/>
                <w:sz w:val="24"/>
              </w:rPr>
              <w:t xml:space="preserve">C   </w:t>
            </w:r>
            <w:r>
              <w:rPr>
                <w:b w:val="0"/>
                <w:color w:val="616B66"/>
                <w:sz w:val="20"/>
              </w:rPr>
              <w:t>TRACEABILITY CODE</w:t>
            </w:r>
          </w:p>
          <w:p>
            <w:pPr>
              <w:spacing w:before="0" w:after="140"/>
              <w:ind w:left="113"/>
            </w:pPr>
            <w:r>
              <w:rPr>
                <w:b/>
                <w:color w:val="121C17"/>
                <w:sz w:val="24"/>
              </w:rPr>
              <w:t xml:space="preserve">D   </w:t>
            </w:r>
            <w:r>
              <w:rPr>
                <w:b w:val="0"/>
                <w:color w:val="616B66"/>
                <w:sz w:val="20"/>
              </w:rPr>
              <w:t>GB</w:t>
            </w:r>
          </w:p>
        </w:tc>
        <w:tc>
          <w:tcPr>
            <w:tcW w:type="dxa" w:w="340"/>
            <w:tcBorders>
              <w:top w:val="nil" w:sz="0" w:color="121C17"/>
              <w:left w:val="nil" w:sz="0" w:color="121C17"/>
              <w:bottom w:val="nil" w:sz="0" w:color="121C17"/>
              <w:right w:val="nil" w:sz="0" w:color="121C17"/>
            </w:tcBorders>
          </w:tcPr>
          <w:p/>
        </w:tc>
        <w:tc>
          <w:tcPr>
            <w:tcW w:type="dxa" w:w="4989"/>
            <w:tcBorders>
              <w:top w:val="single" w:sz="12" w:color="121C17"/>
              <w:left w:val="single" w:sz="12" w:color="121C17"/>
              <w:bottom w:val="single" w:sz="12" w:color="121C17"/>
              <w:right w:val="single" w:sz="12" w:color="121C17"/>
            </w:tcBorders>
          </w:tcPr>
          <w:p>
            <w:pPr>
              <w:spacing w:before="120" w:after="160"/>
            </w:pPr>
            <w:r>
              <w:rPr>
                <w:b/>
                <w:color w:val="121C17"/>
                <w:sz w:val="26"/>
              </w:rPr>
              <w:t>UK Plant Passport</w:t>
            </w:r>
          </w:p>
          <w:p>
            <w:pPr>
              <w:spacing w:before="0" w:after="140"/>
              <w:ind w:left="113"/>
            </w:pPr>
            <w:r>
              <w:rPr>
                <w:b/>
                <w:color w:val="121C17"/>
                <w:sz w:val="24"/>
              </w:rPr>
              <w:t xml:space="preserve">A   </w:t>
            </w:r>
            <w:r>
              <w:rPr>
                <w:b w:val="0"/>
                <w:color w:val="616B66"/>
                <w:sz w:val="20"/>
              </w:rPr>
              <w:t>BOTANICAL NAME(S)</w:t>
            </w:r>
          </w:p>
          <w:p>
            <w:pPr>
              <w:spacing w:before="0" w:after="140"/>
              <w:ind w:left="113"/>
            </w:pPr>
            <w:r>
              <w:rPr>
                <w:b/>
                <w:color w:val="121C17"/>
                <w:sz w:val="24"/>
              </w:rPr>
              <w:t xml:space="preserve">B   </w:t>
            </w:r>
            <w:r>
              <w:rPr>
                <w:b w:val="0"/>
                <w:color w:val="616B66"/>
                <w:sz w:val="20"/>
              </w:rPr>
              <w:t>REGISTRATION NUMBER</w:t>
            </w:r>
          </w:p>
          <w:p>
            <w:pPr>
              <w:spacing w:before="0" w:after="140"/>
              <w:ind w:left="113"/>
            </w:pPr>
            <w:r>
              <w:rPr>
                <w:b/>
                <w:color w:val="121C17"/>
                <w:sz w:val="24"/>
              </w:rPr>
              <w:t xml:space="preserve">C   </w:t>
            </w:r>
            <w:r>
              <w:rPr>
                <w:b w:val="0"/>
                <w:color w:val="616B66"/>
                <w:sz w:val="20"/>
              </w:rPr>
              <w:t>TRACEABILITY CODE</w:t>
            </w:r>
          </w:p>
          <w:p>
            <w:pPr>
              <w:spacing w:before="0" w:after="140"/>
              <w:ind w:left="113"/>
            </w:pPr>
            <w:r>
              <w:rPr>
                <w:b/>
                <w:color w:val="121C17"/>
                <w:sz w:val="24"/>
              </w:rPr>
              <w:t xml:space="preserve">D   </w:t>
            </w:r>
            <w:r>
              <w:rPr>
                <w:b w:val="0"/>
                <w:color w:val="616B66"/>
                <w:sz w:val="20"/>
              </w:rPr>
              <w:t>GB</w:t>
            </w:r>
          </w:p>
        </w:tc>
      </w:tr>
      <w:tr>
        <w:trPr>
          <w:trHeight w:val="283" w:hRule="exact"/>
        </w:trPr>
        <w:tc>
          <w:tcPr>
            <w:tcW w:type="dxa" w:w="4989"/>
            <w:tcBorders>
              <w:top w:val="nil" w:sz="0" w:color="121C17"/>
              <w:left w:val="nil" w:sz="0" w:color="121C17"/>
              <w:bottom w:val="nil" w:sz="0" w:color="121C17"/>
              <w:right w:val="nil" w:sz="0" w:color="121C17"/>
            </w:tcBorders>
          </w:tcPr>
          <w:p/>
        </w:tc>
        <w:tc>
          <w:tcPr>
            <w:tcW w:type="dxa" w:w="340"/>
            <w:tcBorders>
              <w:top w:val="nil" w:sz="0" w:color="121C17"/>
              <w:left w:val="nil" w:sz="0" w:color="121C17"/>
              <w:bottom w:val="nil" w:sz="0" w:color="121C17"/>
              <w:right w:val="nil" w:sz="0" w:color="121C17"/>
            </w:tcBorders>
          </w:tcPr>
          <w:p/>
        </w:tc>
        <w:tc>
          <w:tcPr>
            <w:tcW w:type="dxa" w:w="4989"/>
            <w:tcBorders>
              <w:top w:val="nil" w:sz="0" w:color="121C17"/>
              <w:left w:val="nil" w:sz="0" w:color="121C17"/>
              <w:bottom w:val="nil" w:sz="0" w:color="121C17"/>
              <w:right w:val="nil" w:sz="0" w:color="121C17"/>
            </w:tcBorders>
          </w:tcPr>
          <w:p/>
        </w:tc>
      </w:tr>
      <w:tr>
        <w:trPr>
          <w:trHeight w:val="3175" w:hRule="exact"/>
        </w:trPr>
        <w:tc>
          <w:tcPr>
            <w:tcW w:type="dxa" w:w="4989"/>
            <w:tcBorders>
              <w:top w:val="single" w:sz="12" w:color="121C17"/>
              <w:left w:val="single" w:sz="12" w:color="121C17"/>
              <w:bottom w:val="single" w:sz="12" w:color="121C17"/>
              <w:right w:val="single" w:sz="12" w:color="121C17"/>
            </w:tcBorders>
          </w:tcPr>
          <w:p>
            <w:pPr>
              <w:spacing w:before="120" w:after="160"/>
            </w:pPr>
            <w:r>
              <w:rPr>
                <w:b/>
                <w:color w:val="121C17"/>
                <w:sz w:val="26"/>
              </w:rPr>
              <w:t>UK Plant Passport</w:t>
            </w:r>
          </w:p>
          <w:p>
            <w:pPr>
              <w:spacing w:before="0" w:after="140"/>
              <w:ind w:left="113"/>
            </w:pPr>
            <w:r>
              <w:rPr>
                <w:b/>
                <w:color w:val="121C17"/>
                <w:sz w:val="24"/>
              </w:rPr>
              <w:t xml:space="preserve">A   </w:t>
            </w:r>
            <w:r>
              <w:rPr>
                <w:b w:val="0"/>
                <w:color w:val="616B66"/>
                <w:sz w:val="20"/>
              </w:rPr>
              <w:t>BOTANICAL NAME(S)</w:t>
            </w:r>
          </w:p>
          <w:p>
            <w:pPr>
              <w:spacing w:before="0" w:after="140"/>
              <w:ind w:left="113"/>
            </w:pPr>
            <w:r>
              <w:rPr>
                <w:b/>
                <w:color w:val="121C17"/>
                <w:sz w:val="24"/>
              </w:rPr>
              <w:t xml:space="preserve">B   </w:t>
            </w:r>
            <w:r>
              <w:rPr>
                <w:b w:val="0"/>
                <w:color w:val="616B66"/>
                <w:sz w:val="20"/>
              </w:rPr>
              <w:t>REGISTRATION NUMBER</w:t>
            </w:r>
          </w:p>
          <w:p>
            <w:pPr>
              <w:spacing w:before="0" w:after="140"/>
              <w:ind w:left="113"/>
            </w:pPr>
            <w:r>
              <w:rPr>
                <w:b/>
                <w:color w:val="121C17"/>
                <w:sz w:val="24"/>
              </w:rPr>
              <w:t xml:space="preserve">C   </w:t>
            </w:r>
            <w:r>
              <w:rPr>
                <w:b w:val="0"/>
                <w:color w:val="616B66"/>
                <w:sz w:val="20"/>
              </w:rPr>
              <w:t>TRACEABILITY CODE</w:t>
            </w:r>
          </w:p>
          <w:p>
            <w:pPr>
              <w:spacing w:before="0" w:after="140"/>
              <w:ind w:left="113"/>
            </w:pPr>
            <w:r>
              <w:rPr>
                <w:b/>
                <w:color w:val="121C17"/>
                <w:sz w:val="24"/>
              </w:rPr>
              <w:t xml:space="preserve">D   </w:t>
            </w:r>
            <w:r>
              <w:rPr>
                <w:b w:val="0"/>
                <w:color w:val="616B66"/>
                <w:sz w:val="20"/>
              </w:rPr>
              <w:t>GB</w:t>
            </w:r>
          </w:p>
        </w:tc>
        <w:tc>
          <w:tcPr>
            <w:tcW w:type="dxa" w:w="340"/>
            <w:tcBorders>
              <w:top w:val="nil" w:sz="0" w:color="121C17"/>
              <w:left w:val="nil" w:sz="0" w:color="121C17"/>
              <w:bottom w:val="nil" w:sz="0" w:color="121C17"/>
              <w:right w:val="nil" w:sz="0" w:color="121C17"/>
            </w:tcBorders>
          </w:tcPr>
          <w:p/>
        </w:tc>
        <w:tc>
          <w:tcPr>
            <w:tcW w:type="dxa" w:w="4989"/>
            <w:tcBorders>
              <w:top w:val="single" w:sz="12" w:color="121C17"/>
              <w:left w:val="single" w:sz="12" w:color="121C17"/>
              <w:bottom w:val="single" w:sz="12" w:color="121C17"/>
              <w:right w:val="single" w:sz="12" w:color="121C17"/>
            </w:tcBorders>
          </w:tcPr>
          <w:p>
            <w:pPr>
              <w:spacing w:before="120" w:after="160"/>
            </w:pPr>
            <w:r>
              <w:rPr>
                <w:b/>
                <w:color w:val="121C17"/>
                <w:sz w:val="26"/>
              </w:rPr>
              <w:t>UK Plant Passport</w:t>
            </w:r>
          </w:p>
          <w:p>
            <w:pPr>
              <w:spacing w:before="0" w:after="140"/>
              <w:ind w:left="113"/>
            </w:pPr>
            <w:r>
              <w:rPr>
                <w:b/>
                <w:color w:val="121C17"/>
                <w:sz w:val="24"/>
              </w:rPr>
              <w:t xml:space="preserve">A   </w:t>
            </w:r>
            <w:r>
              <w:rPr>
                <w:b w:val="0"/>
                <w:color w:val="616B66"/>
                <w:sz w:val="20"/>
              </w:rPr>
              <w:t>BOTANICAL NAME(S)</w:t>
            </w:r>
          </w:p>
          <w:p>
            <w:pPr>
              <w:spacing w:before="0" w:after="140"/>
              <w:ind w:left="113"/>
            </w:pPr>
            <w:r>
              <w:rPr>
                <w:b/>
                <w:color w:val="121C17"/>
                <w:sz w:val="24"/>
              </w:rPr>
              <w:t xml:space="preserve">B   </w:t>
            </w:r>
            <w:r>
              <w:rPr>
                <w:b w:val="0"/>
                <w:color w:val="616B66"/>
                <w:sz w:val="20"/>
              </w:rPr>
              <w:t>REGISTRATION NUMBER</w:t>
            </w:r>
          </w:p>
          <w:p>
            <w:pPr>
              <w:spacing w:before="0" w:after="140"/>
              <w:ind w:left="113"/>
            </w:pPr>
            <w:r>
              <w:rPr>
                <w:b/>
                <w:color w:val="121C17"/>
                <w:sz w:val="24"/>
              </w:rPr>
              <w:t xml:space="preserve">C   </w:t>
            </w:r>
            <w:r>
              <w:rPr>
                <w:b w:val="0"/>
                <w:color w:val="616B66"/>
                <w:sz w:val="20"/>
              </w:rPr>
              <w:t>TRACEABILITY CODE</w:t>
            </w:r>
          </w:p>
          <w:p>
            <w:pPr>
              <w:spacing w:before="0" w:after="140"/>
              <w:ind w:left="113"/>
            </w:pPr>
            <w:r>
              <w:rPr>
                <w:b/>
                <w:color w:val="121C17"/>
                <w:sz w:val="24"/>
              </w:rPr>
              <w:t xml:space="preserve">D   </w:t>
            </w:r>
            <w:r>
              <w:rPr>
                <w:b w:val="0"/>
                <w:color w:val="616B66"/>
                <w:sz w:val="20"/>
              </w:rPr>
              <w:t>GB</w:t>
            </w:r>
          </w:p>
        </w:tc>
      </w:tr>
      <w:tr>
        <w:trPr>
          <w:trHeight w:val="283" w:hRule="exact"/>
        </w:trPr>
        <w:tc>
          <w:tcPr>
            <w:tcW w:type="dxa" w:w="4989"/>
            <w:tcBorders>
              <w:top w:val="nil" w:sz="0" w:color="121C17"/>
              <w:left w:val="nil" w:sz="0" w:color="121C17"/>
              <w:bottom w:val="nil" w:sz="0" w:color="121C17"/>
              <w:right w:val="nil" w:sz="0" w:color="121C17"/>
            </w:tcBorders>
          </w:tcPr>
          <w:p/>
        </w:tc>
        <w:tc>
          <w:tcPr>
            <w:tcW w:type="dxa" w:w="340"/>
            <w:tcBorders>
              <w:top w:val="nil" w:sz="0" w:color="121C17"/>
              <w:left w:val="nil" w:sz="0" w:color="121C17"/>
              <w:bottom w:val="nil" w:sz="0" w:color="121C17"/>
              <w:right w:val="nil" w:sz="0" w:color="121C17"/>
            </w:tcBorders>
          </w:tcPr>
          <w:p/>
        </w:tc>
        <w:tc>
          <w:tcPr>
            <w:tcW w:type="dxa" w:w="4989"/>
            <w:tcBorders>
              <w:top w:val="nil" w:sz="0" w:color="121C17"/>
              <w:left w:val="nil" w:sz="0" w:color="121C17"/>
              <w:bottom w:val="nil" w:sz="0" w:color="121C17"/>
              <w:right w:val="nil" w:sz="0" w:color="121C17"/>
            </w:tcBorders>
          </w:tcPr>
          <w:p/>
        </w:tc>
      </w:tr>
      <w:tr>
        <w:trPr>
          <w:trHeight w:val="3175" w:hRule="exact"/>
        </w:trPr>
        <w:tc>
          <w:tcPr>
            <w:tcW w:type="dxa" w:w="4989"/>
            <w:tcBorders>
              <w:top w:val="single" w:sz="12" w:color="121C17"/>
              <w:left w:val="single" w:sz="12" w:color="121C17"/>
              <w:bottom w:val="single" w:sz="12" w:color="121C17"/>
              <w:right w:val="single" w:sz="12" w:color="121C17"/>
            </w:tcBorders>
          </w:tcPr>
          <w:p>
            <w:pPr>
              <w:spacing w:before="120" w:after="160"/>
            </w:pPr>
            <w:r>
              <w:rPr>
                <w:b/>
                <w:color w:val="121C17"/>
                <w:sz w:val="26"/>
              </w:rPr>
              <w:t>UK Plant Passport</w:t>
            </w:r>
          </w:p>
          <w:p>
            <w:pPr>
              <w:spacing w:before="0" w:after="140"/>
              <w:ind w:left="113"/>
            </w:pPr>
            <w:r>
              <w:rPr>
                <w:b/>
                <w:color w:val="121C17"/>
                <w:sz w:val="24"/>
              </w:rPr>
              <w:t xml:space="preserve">A   </w:t>
            </w:r>
            <w:r>
              <w:rPr>
                <w:b w:val="0"/>
                <w:color w:val="616B66"/>
                <w:sz w:val="20"/>
              </w:rPr>
              <w:t>BOTANICAL NAME(S)</w:t>
            </w:r>
          </w:p>
          <w:p>
            <w:pPr>
              <w:spacing w:before="0" w:after="140"/>
              <w:ind w:left="113"/>
            </w:pPr>
            <w:r>
              <w:rPr>
                <w:b/>
                <w:color w:val="121C17"/>
                <w:sz w:val="24"/>
              </w:rPr>
              <w:t xml:space="preserve">B   </w:t>
            </w:r>
            <w:r>
              <w:rPr>
                <w:b w:val="0"/>
                <w:color w:val="616B66"/>
                <w:sz w:val="20"/>
              </w:rPr>
              <w:t>REGISTRATION NUMBER</w:t>
            </w:r>
          </w:p>
          <w:p>
            <w:pPr>
              <w:spacing w:before="0" w:after="140"/>
              <w:ind w:left="113"/>
            </w:pPr>
            <w:r>
              <w:rPr>
                <w:b/>
                <w:color w:val="121C17"/>
                <w:sz w:val="24"/>
              </w:rPr>
              <w:t xml:space="preserve">C   </w:t>
            </w:r>
            <w:r>
              <w:rPr>
                <w:b w:val="0"/>
                <w:color w:val="616B66"/>
                <w:sz w:val="20"/>
              </w:rPr>
              <w:t>TRACEABILITY CODE</w:t>
            </w:r>
          </w:p>
          <w:p>
            <w:pPr>
              <w:spacing w:before="0" w:after="140"/>
              <w:ind w:left="113"/>
            </w:pPr>
            <w:r>
              <w:rPr>
                <w:b/>
                <w:color w:val="121C17"/>
                <w:sz w:val="24"/>
              </w:rPr>
              <w:t xml:space="preserve">D   </w:t>
            </w:r>
            <w:r>
              <w:rPr>
                <w:b w:val="0"/>
                <w:color w:val="616B66"/>
                <w:sz w:val="20"/>
              </w:rPr>
              <w:t>GB</w:t>
            </w:r>
          </w:p>
        </w:tc>
        <w:tc>
          <w:tcPr>
            <w:tcW w:type="dxa" w:w="340"/>
            <w:tcBorders>
              <w:top w:val="nil" w:sz="0" w:color="121C17"/>
              <w:left w:val="nil" w:sz="0" w:color="121C17"/>
              <w:bottom w:val="nil" w:sz="0" w:color="121C17"/>
              <w:right w:val="nil" w:sz="0" w:color="121C17"/>
            </w:tcBorders>
          </w:tcPr>
          <w:p/>
        </w:tc>
        <w:tc>
          <w:tcPr>
            <w:tcW w:type="dxa" w:w="4989"/>
            <w:tcBorders>
              <w:top w:val="single" w:sz="12" w:color="121C17"/>
              <w:left w:val="single" w:sz="12" w:color="121C17"/>
              <w:bottom w:val="single" w:sz="12" w:color="121C17"/>
              <w:right w:val="single" w:sz="12" w:color="121C17"/>
            </w:tcBorders>
          </w:tcPr>
          <w:p>
            <w:pPr>
              <w:spacing w:before="120" w:after="160"/>
            </w:pPr>
            <w:r>
              <w:rPr>
                <w:b/>
                <w:color w:val="121C17"/>
                <w:sz w:val="26"/>
              </w:rPr>
              <w:t>UK Plant Passport</w:t>
            </w:r>
          </w:p>
          <w:p>
            <w:pPr>
              <w:spacing w:before="0" w:after="140"/>
              <w:ind w:left="113"/>
            </w:pPr>
            <w:r>
              <w:rPr>
                <w:b/>
                <w:color w:val="121C17"/>
                <w:sz w:val="24"/>
              </w:rPr>
              <w:t xml:space="preserve">A   </w:t>
            </w:r>
            <w:r>
              <w:rPr>
                <w:b w:val="0"/>
                <w:color w:val="616B66"/>
                <w:sz w:val="20"/>
              </w:rPr>
              <w:t>BOTANICAL NAME(S)</w:t>
            </w:r>
          </w:p>
          <w:p>
            <w:pPr>
              <w:spacing w:before="0" w:after="140"/>
              <w:ind w:left="113"/>
            </w:pPr>
            <w:r>
              <w:rPr>
                <w:b/>
                <w:color w:val="121C17"/>
                <w:sz w:val="24"/>
              </w:rPr>
              <w:t xml:space="preserve">B   </w:t>
            </w:r>
            <w:r>
              <w:rPr>
                <w:b w:val="0"/>
                <w:color w:val="616B66"/>
                <w:sz w:val="20"/>
              </w:rPr>
              <w:t>REGISTRATION NUMBER</w:t>
            </w:r>
          </w:p>
          <w:p>
            <w:pPr>
              <w:spacing w:before="0" w:after="140"/>
              <w:ind w:left="113"/>
            </w:pPr>
            <w:r>
              <w:rPr>
                <w:b/>
                <w:color w:val="121C17"/>
                <w:sz w:val="24"/>
              </w:rPr>
              <w:t xml:space="preserve">C   </w:t>
            </w:r>
            <w:r>
              <w:rPr>
                <w:b w:val="0"/>
                <w:color w:val="616B66"/>
                <w:sz w:val="20"/>
              </w:rPr>
              <w:t>TRACEABILITY CODE</w:t>
            </w:r>
          </w:p>
          <w:p>
            <w:pPr>
              <w:spacing w:before="0" w:after="140"/>
              <w:ind w:left="113"/>
            </w:pPr>
            <w:r>
              <w:rPr>
                <w:b/>
                <w:color w:val="121C17"/>
                <w:sz w:val="24"/>
              </w:rPr>
              <w:t xml:space="preserve">D   </w:t>
            </w:r>
            <w:r>
              <w:rPr>
                <w:b w:val="0"/>
                <w:color w:val="616B66"/>
                <w:sz w:val="20"/>
              </w:rPr>
              <w:t>GB</w:t>
            </w:r>
          </w:p>
        </w:tc>
      </w:tr>
      <w:tr>
        <w:trPr>
          <w:trHeight w:val="283" w:hRule="exact"/>
        </w:trPr>
        <w:tc>
          <w:tcPr>
            <w:tcW w:type="dxa" w:w="4989"/>
            <w:tcBorders>
              <w:top w:val="nil" w:sz="0" w:color="121C17"/>
              <w:left w:val="nil" w:sz="0" w:color="121C17"/>
              <w:bottom w:val="nil" w:sz="0" w:color="121C17"/>
              <w:right w:val="nil" w:sz="0" w:color="121C17"/>
            </w:tcBorders>
          </w:tcPr>
          <w:p/>
        </w:tc>
        <w:tc>
          <w:tcPr>
            <w:tcW w:type="dxa" w:w="340"/>
            <w:tcBorders>
              <w:top w:val="nil" w:sz="0" w:color="121C17"/>
              <w:left w:val="nil" w:sz="0" w:color="121C17"/>
              <w:bottom w:val="nil" w:sz="0" w:color="121C17"/>
              <w:right w:val="nil" w:sz="0" w:color="121C17"/>
            </w:tcBorders>
          </w:tcPr>
          <w:p/>
        </w:tc>
        <w:tc>
          <w:tcPr>
            <w:tcW w:type="dxa" w:w="4989"/>
            <w:tcBorders>
              <w:top w:val="nil" w:sz="0" w:color="121C17"/>
              <w:left w:val="nil" w:sz="0" w:color="121C17"/>
              <w:bottom w:val="nil" w:sz="0" w:color="121C17"/>
              <w:right w:val="nil" w:sz="0" w:color="121C17"/>
            </w:tcBorders>
          </w:tcPr>
          <w:p/>
        </w:tc>
      </w:tr>
      <w:tr>
        <w:trPr>
          <w:trHeight w:val="3175" w:hRule="exact"/>
        </w:trPr>
        <w:tc>
          <w:tcPr>
            <w:tcW w:type="dxa" w:w="4989"/>
            <w:tcBorders>
              <w:top w:val="single" w:sz="12" w:color="121C17"/>
              <w:left w:val="single" w:sz="12" w:color="121C17"/>
              <w:bottom w:val="single" w:sz="12" w:color="121C17"/>
              <w:right w:val="single" w:sz="12" w:color="121C17"/>
            </w:tcBorders>
          </w:tcPr>
          <w:p>
            <w:pPr>
              <w:spacing w:before="120" w:after="160"/>
            </w:pPr>
            <w:r>
              <w:rPr>
                <w:b/>
                <w:color w:val="121C17"/>
                <w:sz w:val="26"/>
              </w:rPr>
              <w:t>UK Plant Passport</w:t>
            </w:r>
          </w:p>
          <w:p>
            <w:pPr>
              <w:spacing w:before="0" w:after="140"/>
              <w:ind w:left="113"/>
            </w:pPr>
            <w:r>
              <w:rPr>
                <w:b/>
                <w:color w:val="121C17"/>
                <w:sz w:val="24"/>
              </w:rPr>
              <w:t xml:space="preserve">A   </w:t>
            </w:r>
            <w:r>
              <w:rPr>
                <w:b w:val="0"/>
                <w:color w:val="616B66"/>
                <w:sz w:val="20"/>
              </w:rPr>
              <w:t>BOTANICAL NAME(S)</w:t>
            </w:r>
          </w:p>
          <w:p>
            <w:pPr>
              <w:spacing w:before="0" w:after="140"/>
              <w:ind w:left="113"/>
            </w:pPr>
            <w:r>
              <w:rPr>
                <w:b/>
                <w:color w:val="121C17"/>
                <w:sz w:val="24"/>
              </w:rPr>
              <w:t xml:space="preserve">B   </w:t>
            </w:r>
            <w:r>
              <w:rPr>
                <w:b w:val="0"/>
                <w:color w:val="616B66"/>
                <w:sz w:val="20"/>
              </w:rPr>
              <w:t>REGISTRATION NUMBER</w:t>
            </w:r>
          </w:p>
          <w:p>
            <w:pPr>
              <w:spacing w:before="0" w:after="140"/>
              <w:ind w:left="113"/>
            </w:pPr>
            <w:r>
              <w:rPr>
                <w:b/>
                <w:color w:val="121C17"/>
                <w:sz w:val="24"/>
              </w:rPr>
              <w:t xml:space="preserve">C   </w:t>
            </w:r>
            <w:r>
              <w:rPr>
                <w:b w:val="0"/>
                <w:color w:val="616B66"/>
                <w:sz w:val="20"/>
              </w:rPr>
              <w:t>TRACEABILITY CODE</w:t>
            </w:r>
          </w:p>
          <w:p>
            <w:pPr>
              <w:spacing w:before="0" w:after="140"/>
              <w:ind w:left="113"/>
            </w:pPr>
            <w:r>
              <w:rPr>
                <w:b/>
                <w:color w:val="121C17"/>
                <w:sz w:val="24"/>
              </w:rPr>
              <w:t xml:space="preserve">D   </w:t>
            </w:r>
            <w:r>
              <w:rPr>
                <w:b w:val="0"/>
                <w:color w:val="616B66"/>
                <w:sz w:val="20"/>
              </w:rPr>
              <w:t>GB</w:t>
            </w:r>
          </w:p>
        </w:tc>
        <w:tc>
          <w:tcPr>
            <w:tcW w:type="dxa" w:w="340"/>
            <w:tcBorders>
              <w:top w:val="nil" w:sz="0" w:color="121C17"/>
              <w:left w:val="nil" w:sz="0" w:color="121C17"/>
              <w:bottom w:val="nil" w:sz="0" w:color="121C17"/>
              <w:right w:val="nil" w:sz="0" w:color="121C17"/>
            </w:tcBorders>
          </w:tcPr>
          <w:p/>
        </w:tc>
        <w:tc>
          <w:tcPr>
            <w:tcW w:type="dxa" w:w="4989"/>
            <w:tcBorders>
              <w:top w:val="single" w:sz="12" w:color="121C17"/>
              <w:left w:val="single" w:sz="12" w:color="121C17"/>
              <w:bottom w:val="single" w:sz="12" w:color="121C17"/>
              <w:right w:val="single" w:sz="12" w:color="121C17"/>
            </w:tcBorders>
          </w:tcPr>
          <w:p>
            <w:pPr>
              <w:spacing w:before="120" w:after="160"/>
            </w:pPr>
            <w:r>
              <w:rPr>
                <w:b/>
                <w:color w:val="121C17"/>
                <w:sz w:val="26"/>
              </w:rPr>
              <w:t>UK Plant Passport</w:t>
            </w:r>
          </w:p>
          <w:p>
            <w:pPr>
              <w:spacing w:before="0" w:after="140"/>
              <w:ind w:left="113"/>
            </w:pPr>
            <w:r>
              <w:rPr>
                <w:b/>
                <w:color w:val="121C17"/>
                <w:sz w:val="24"/>
              </w:rPr>
              <w:t xml:space="preserve">A   </w:t>
            </w:r>
            <w:r>
              <w:rPr>
                <w:b w:val="0"/>
                <w:color w:val="616B66"/>
                <w:sz w:val="20"/>
              </w:rPr>
              <w:t>BOTANICAL NAME(S)</w:t>
            </w:r>
          </w:p>
          <w:p>
            <w:pPr>
              <w:spacing w:before="0" w:after="140"/>
              <w:ind w:left="113"/>
            </w:pPr>
            <w:r>
              <w:rPr>
                <w:b/>
                <w:color w:val="121C17"/>
                <w:sz w:val="24"/>
              </w:rPr>
              <w:t xml:space="preserve">B   </w:t>
            </w:r>
            <w:r>
              <w:rPr>
                <w:b w:val="0"/>
                <w:color w:val="616B66"/>
                <w:sz w:val="20"/>
              </w:rPr>
              <w:t>REGISTRATION NUMBER</w:t>
            </w:r>
          </w:p>
          <w:p>
            <w:pPr>
              <w:spacing w:before="0" w:after="140"/>
              <w:ind w:left="113"/>
            </w:pPr>
            <w:r>
              <w:rPr>
                <w:b/>
                <w:color w:val="121C17"/>
                <w:sz w:val="24"/>
              </w:rPr>
              <w:t xml:space="preserve">C   </w:t>
            </w:r>
            <w:r>
              <w:rPr>
                <w:b w:val="0"/>
                <w:color w:val="616B66"/>
                <w:sz w:val="20"/>
              </w:rPr>
              <w:t>TRACEABILITY CODE</w:t>
            </w:r>
          </w:p>
          <w:p>
            <w:pPr>
              <w:spacing w:before="0" w:after="140"/>
              <w:ind w:left="113"/>
            </w:pPr>
            <w:r>
              <w:rPr>
                <w:b/>
                <w:color w:val="121C17"/>
                <w:sz w:val="24"/>
              </w:rPr>
              <w:t xml:space="preserve">D   </w:t>
            </w:r>
            <w:r>
              <w:rPr>
                <w:b w:val="0"/>
                <w:color w:val="616B66"/>
                <w:sz w:val="20"/>
              </w:rPr>
              <w:t>GB</w:t>
            </w:r>
          </w:p>
        </w:tc>
      </w:tr>
    </w:tbl>
    <w:p>
      <w:pPr>
        <w:spacing w:before="160"/>
      </w:pPr>
      <w:r>
        <w:rPr>
          <w:b w:val="0"/>
          <w:color w:val="616B66"/>
          <w:sz w:val="15"/>
        </w:rPr>
        <w:t>Free template from plantpassportops.app. Not an official APHA document: check the current rules at gov.uk before use. Do not add "GB" in front of the registration number in B.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 plant passport template</dc:title>
  <dc:subject/>
  <dc:creator>Plant Passport Ops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